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60" w:before="0"/>
        <w:jc w:val="center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גיאוגרפיה · כיתה ז׳ · האדם וסביבתו – כפר עולמי · יחידה 4</w:t>
      </w:r>
    </w:p>
    <w:p>
      <w:pPr>
        <w:keepNext/>
        <w:bidi w:val="1"/>
        <w:spacing w:after="20" w:before="0"/>
        <w:jc w:val="center"/>
      </w:pPr>
      <w:r>
        <w:rPr>
          <w:rFonts w:ascii="Assistant" w:hAnsi="Assistant" w:cs="Assistant"/>
          <w:b/>
          <w:bCs/>
          <w:color w:val="E07A1F"/>
          <w:sz w:val="44"/>
          <w:szCs w:val="44"/>
          <w:rtl w:val="1"/>
        </w:rPr>
        <w:t>🧩 הערכה חלופית ומחוון</w:t>
      </w:r>
    </w:p>
    <w:p>
      <w:pPr>
        <w:keepNext/>
        <w:bidi w:val="1"/>
        <w:spacing w:after="20" w:before="0"/>
        <w:jc w:val="center"/>
      </w:pPr>
      <w:r>
        <w:rPr>
          <w:rFonts w:ascii="Assistant" w:hAnsi="Assistant" w:cs="Assistant"/>
          <w:b/>
          <w:bCs/>
          <w:sz w:val="28"/>
          <w:szCs w:val="28"/>
          <w:rtl w:val="1"/>
        </w:rPr>
        <w:t>👥 יחידה 4: אוכלוסייה במרחב</w:t>
      </w:r>
    </w:p>
    <w:p>
      <w:pPr>
        <w:bidi w:val="1"/>
        <w:spacing w:after="120" w:before="0"/>
        <w:jc w:val="center"/>
      </w:pPr>
      <w:r>
        <w:rPr>
          <w:rFonts w:ascii="Assistant" w:hAnsi="Assistant" w:cs="Assistant"/>
          <w:b w:val="0"/>
          <w:color w:val="45566B"/>
          <w:sz w:val="21"/>
          <w:szCs w:val="21"/>
          <w:rtl w:val="1"/>
        </w:rPr>
        <w:t>תפריט תוצרים בשני מסלולים: 🤖 עם בינה מלאכותית · ✋ ללא בינה מלאכותית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FFFAF0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A6A00"/>
                <w:sz w:val="26"/>
                <w:szCs w:val="26"/>
                <w:rtl w:val="1"/>
              </w:rPr>
              <w:t>🍎 למורה: איך עובדים עם הערכה החלופית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⏱️ זמנים: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3–4 שיעורים בכיתה + עבודה בבית במשך שבועיים, ועוד שיעור להצגה (בסימולציה: שיעור שלם).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👥 התארגנות: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יחידים, זוגות או קבוצות של 3–4. בתוצרים גדולים (דגם, משחק לוח, דיבייט) – קבוצות עם חלוקת תפקידים: חוקר/ת, מעצב/ת, כותב/ת, מציג/ה. כל תלמיד/ה ממלא/ת הערכה עצמית ויומן אישי.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🤖✋ שני המסלולים: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התלמידים בוחרים מסלול לפני תחילת העבודה. שני המסלולים נבדקים באותו מחוון ובאותו ניקוד (100), וההבדל היחיד הוא הקריטריון השישי: ״שימוש אחראי ושקוף״ במסלול עם בינה מלאכותית, ״מקוריות ותיעוד תהליך״ במסלול ללא. אין יתרון לאף מסלול.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🧩 התאמות לחנ״מ: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מצמצמים את דרישות התוצר (למשל 4 שקפים, 3 חוליות בשרשרת), נותנים תבנית מוכנה ובנק מושגים עם תמונות, מחלקים את העבודה לשלבים עם בדיקה קצרה אחרי כל שלב, ומאפשרים הצגה בעל־פה במקום כתיבה.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🌍 התאמות לעולים: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מילון מושגים דו־לשוני, משפטי פתיחה מוכנים (״בתוצר שלי רואים ש...״, ״הסיבה היא...״), אפשרות לחבר חלק מהתוצר בשפת האם עם תרגום של המושגים, ותוצרים חזותיים (דגם, מפה מוערת) שמבליטים חוזקות.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🛡️ איך מונעים ״העתק־הדבק״: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מבקשים טיוטה בכיתה לפני העבודה בבית; היומן (הנחיות או סקיצות) הוא חלק מהציון; משלבים נתונים אישיים או מקומיים (תצפית, ראיון, היישוב שלנו) שאי אפשר להעתיק; עורכים שיחת הגנה קצרה של 2–3 דקות: ״הסבירו לי את המושג הזה במילים שלכם״, ״למה בחרתם בנתון הזה?״.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🎤 יום ההצגה: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גלריה מסתובבת או הצגה של 3 דקות לכל תוצר. כל צופה ממלא/ת הערכת עמיתים לשני תוצרים לפחות (״שני כוכבים ומשאלה״).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💡 טיפ ליחידה: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בכיתה עם עולים ומהגרים – הזדמנות נפלאה להשמיע את קולם, אבל רק בהסכמה. תמיד מציעים גם אפשרות של משפחה דמיונית או מקרה בוחן מהחוברת.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E07A1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א׳ · בוחרים תוצר ומסלול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120" w:before="0"/>
        <w:jc w:val="right"/>
      </w:pPr>
      <w:r>
        <w:rPr>
          <w:rFonts w:ascii="Assistant" w:hAnsi="Assistant" w:cs="Assistant"/>
          <w:b/>
          <w:bCs/>
          <w:sz w:val="22"/>
          <w:szCs w:val="22"/>
          <w:rtl w:val="1"/>
        </w:rPr>
        <w:t>שם: ____________________   כיתה: ________   תאריך: 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בסוף היחידה תראו מה למדתם – לא במבחן, אלא בתוצר שאתם יוצרים. בחרו תוצר אחד מהתפריט ומסלול עבודה אחד: 🤖 עם בינה מלאכותית או ✋ ללא בינה מלאכותית. שני המסלולים נבדקים באותו מחוון ושווים באותה מידה.</w:t>
      </w:r>
    </w:p>
    <w:p>
      <w:pPr>
        <w:keepNext/>
        <w:bidi w:val="1"/>
        <w:spacing w:after="80" w:before="0"/>
        <w:jc w:val="center"/>
      </w:pPr>
      <w:r>
        <w:rPr>
          <w:rFonts w:ascii="Assistant" w:hAnsi="Assistant" w:cs="Assistant"/>
          <w:b/>
          <w:bCs/>
          <w:color w:val="E07A1F"/>
          <w:sz w:val="24"/>
          <w:szCs w:val="24"/>
          <w:rtl w:val="1"/>
        </w:rPr>
        <w:t>❓ השאלה הגדולה של היחידה: איפה אנשים גרים, למה הם עוברים – ואיך זה משנה מקומות?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E07A1F"/>
          <w:sz w:val="24"/>
          <w:szCs w:val="24"/>
          <w:rtl w:val="1"/>
        </w:rPr>
        <w:t>איך זה עובד? 4 שלבים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1. בוחרים</w:t>
            </w:r>
          </w:p>
        </w:tc>
        <w:tc>
          <w:tcPr>
            <w:tcW w:type="dxa" w:w="2551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2. מתכננים</w:t>
            </w:r>
          </w:p>
        </w:tc>
        <w:tc>
          <w:tcPr>
            <w:tcW w:type="dxa" w:w="2551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3. יוצרים ומתעדים</w:t>
            </w:r>
          </w:p>
        </w:tc>
        <w:tc>
          <w:tcPr>
            <w:tcW w:type="dxa" w:w="2551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4. מציגים ומעריכים</w:t>
            </w:r>
          </w:p>
        </w:tc>
      </w:tr>
      <w:tr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תוצר ומסלול; ממלאים את ״הבחירה שלי״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טיוטה או סקיצה בכיתה, ומאשרים מול המורה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עובדים וממלאים את היומן (חלק ג׳)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מציגים, ממלאים הערכה עצמית ומעריכים עמיתים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CF4E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E07A1F"/>
                <w:sz w:val="25"/>
                <w:szCs w:val="25"/>
                <w:rtl w:val="1"/>
              </w:rPr>
              <w:t>🖥️ 1. מצגת: ״תעודת זהות של מדינה״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בחרו מדינה והכינו לה ״תעודת זהות של אוכלוסייה״ במצגת: גודל וצפיפות, תפרוסת, פירמידת גילים, ריבוי טבעי, הגירה ומגוון (שפות, דתות, תרבויות).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מפת תפרוסת או צפיפות + פירמידת גילים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הסבר: אוכלוסייה צעירה או מזדקנת – ומה ההשלכות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שקף ״אתגר וחזון״: בעיה אחת והצעה לפתרון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להיעזר בכלי לתכנון מבנה המצגת ולהסבר על קריאת פירמידה; את הנתונים לוקחים ממקור סטטיסטי רשמי ובודקים.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מוצאים נתונים בחוברת ובאטלס, משרטטים את הפירמידה על נייר משבצות ומצלמים.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CF4E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E07A1F"/>
                <w:sz w:val="25"/>
                <w:szCs w:val="25"/>
                <w:rtl w:val="1"/>
              </w:rPr>
              <w:t>🧱 2. דגם: ״בונים פירמידת גילים״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בנו שתי פירמידות גילים תלת־ממדיות מקוביות, קרטון או פלסטלינה: של מדינה צעירה ושל מדינה מזדקנת. הציגו מה כל צורה מספרת על ילודה, תמותה ותוחלת חיים.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שתי פירמידות עם צירים, גילים ומינים מסומנים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כרטיס השוואה: 3 הבדלים והסבר לכל אחד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שאלת המשך: אילו שירותים צריכה כל מדינה?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לבקש מהכלי עזרה בחישוב קנה המידה (כמה קוביות לכל אחוז) או רעיון לתצוגה; את הבנייה ואת ההסבר עושים לבד.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מחשבים קנה מידה בעזרת המורה, בונים, צובעים ומצלמים את שלבי הבנייה.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CF4E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E07A1F"/>
                <w:sz w:val="25"/>
                <w:szCs w:val="25"/>
                <w:rtl w:val="1"/>
              </w:rPr>
              <w:t>📢 3. פרוטקסט: כרזת עמדה על אוכלוסייה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הכינו כרזת עמדה על סוגיה מהיחידה: קליטה הוגנת של מהגרים ועולים, מקום לכולם בעיר הצפופה, או ״מדינה מזדקנת צריכה...״.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סיסמה מכבדת ולא פוגענית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2 נתונים לפחות עם מקור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2 נקודות מבט + קריאה לפעולה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רעיונות לסיסמאות ובדקו איתו שהניסוח לא פוגע באף קבוצה; אפשר טיוטת תמונה לרקע (בלי פנים של אנשים אמיתיים).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מעצבים ביד, כותבים טיעונים לבד, ומקבלים משוב מחבר/ה לפני הגרסה הסופית.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CF4E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E07A1F"/>
                <w:sz w:val="25"/>
                <w:szCs w:val="25"/>
                <w:rtl w:val="1"/>
              </w:rPr>
              <w:t>🗺️ 4. סיפור מפה: ״מסע של הגירה״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ספרו על גבי מפה את מסלול ההגירה של משפחה (אמיתית מהמשפחה שלכם או דמיונית, לפי מקרה בוחן מהחוברת): מאיפה, לאן, למה, באילו קשיים נתקלו ואיך השתנה המקום החדש.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מפה עם מסלול, תחנות ותאריכים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גורמי דחיפה וגורמי משיכה, בטבלה או בסמלים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סוג ההגירה (מרצון / כפויה, פנימית / בין־לאומית) + השלכה אחת על המקום הקולט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להיעזר בכלי כדי להבין את ההקשר ההיסטורי של מסלול מסוים, ולבדוק אותו באטלס ובמקור נוסף. פרטים אישיים של המשפחה – לא מקלידים לכלי.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משרטטים את המפה ביד, מוסיפים תמונות או ציורים בכל תחנה, וכותבים את הסיפור בעצמכם.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CF4E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E07A1F"/>
                <w:sz w:val="25"/>
                <w:szCs w:val="25"/>
                <w:rtl w:val="1"/>
              </w:rPr>
              <w:t>🎙️ 5. פודקאסט: ״הסיפור שלנו – עברנו דירה, עברנו ארץ״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ראיינו בן או בת משפחה, שכן/ה או איש/אשת צוות שעברו מעיר לעיר או מארץ לארץ. הקליטו פרק של 3–4 דקות על ההחלטה, על המסע ועל ההסתגלות.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שאלות על גורמי דחיפה ומשיכה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רגע אחד של קושי ורגע אחד של הצלחה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סיכום שלכם שמקשר את הסיפור למושגי היחידה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עזרה בניסוח שאלות פתוחות ומכבדות; את הראיון עורכים אתם עם אדם אמיתי ובהסכמתו/ה. לא מעלים את ההקלטה לכלי.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כותבים שאלות ביד, מקליטים בטלפון, עורכים לבד ומוסיפים פתיח וסיום.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CF4E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E07A1F"/>
                <w:sz w:val="25"/>
                <w:szCs w:val="25"/>
                <w:rtl w:val="1"/>
              </w:rPr>
              <w:t>⚖️ 6. סימולציה: ״ועדת התכנון״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בקבוצות, אתם ועדת התכנון של עיר שבה מספר הקשישים עולה ומספר הילדים יורד (או להפך). יש תקציב לפרויקט אחד: גן ילדים, מרכז יום לקשישים, פארק, דיור לצעירים. החליטו ונמקו.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כל חבר/ת קבוצה מייצג/ת קבוצת גיל אחרת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שימוש בפירמידת הגילים של העיר כראיה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החלטה משותפת + נימוק + מה ויתרנו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לבקש מהכלי לייצג ״תושב/ת עם דעה אחרת״ כדי להתאמן בתשובה לטיעונים; את ההחלטה מקבלים לבד ומנמקים בנתונים.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מכינים כרטיסי תפקיד ביד, מנהלים דיון עם יו״ר ומזכיר/ה ורושמים פרוטוקול.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E07A1F"/>
                <w:sz w:val="22"/>
                <w:szCs w:val="22"/>
                <w:rtl w:val="1"/>
              </w:rPr>
              <w:t>🤖 כללי הזהב לעבודה עם 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הכלי הוא עוזר, לא מחבר: הרעיון המרכזי, הניסוח הסופי והבחירות – שלכם.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מותר: לבקש רעיונות, שאלות מנחות, משוב על טיוטה, הסבר נוסף למושג, טיוטת תמונה או תרשים.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אסור: להעתיק טקסט שלם מהכלי ולהגיש אותו כאילו כתבתם אותו.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בודקים כל עובדה, מספר ומפה בשני מקורות אמינים לפחות (ספר, חוברת היחידה, אטלס, אתר רשמי של גוף מחקר או סטטיסטיקה).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שומרים על פרטיות: לא מקלידים שם מלא, כתובת, תמונה של אדם אמיתי או פרטים אישיים.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מתעדים: שומרים את ההנחיות (הפרומפטים) שכתבתם ואת מה ששיניתם – ומצרפים ליומן.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מציינים בתוצר עצמו: ״בתוצר נעזרנו בכלי בינה מלאכותית לשלבים: ...״.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E07A1F"/>
                <w:sz w:val="22"/>
                <w:szCs w:val="22"/>
                <w:rtl w:val="1"/>
              </w:rPr>
              <w:t>✋ כללי המסלול ללא 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כל שלב נעשה בידיים ובראש שלכם: סקיצות, טיוטות, מדידות, ראיונות וחיפוש במקורות.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משתמשים בחוברת היחידה, באטלס, בספרייה ובמקורות מידע מודפסים או מקוונים – ומציינים אותם.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שומרים כל טיוטה וסקיצה (גם את מה שנמחק!) – הן חלק מהציון.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חומרים ממוחזרים מבית ומהכיתה מתקבלים בברכה: קרטון, פקקים, בדים, צבעים.</w:t>
            </w:r>
          </w:p>
        </w:tc>
      </w:tr>
    </w:tbl>
    <w:p>
      <w:pPr>
        <w:bidi w:val="1"/>
        <w:spacing w:after="40" w:before="0"/>
        <w:jc w:val="right"/>
      </w:pP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E07A1F"/>
          <w:sz w:val="25"/>
          <w:szCs w:val="25"/>
          <w:rtl w:val="1"/>
        </w:rPr>
        <w:t>✍️ הבחירה שלי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התוצר שבחרתי:  ☐ 1. מצגת   ☐ 2. דגם   ☐ 3. פרוטקסט   ☐ 4. סיפור מפה   ☐ 5. פודקאסט   ☐ 6. סימולציה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המסלול שלי:  ☐ 🤖 עם בינה מלאכותית    ☐ ✋ ללא בינה מלאכותית        אני עובד/ת:  ☐ לבד  ☐ בזוג  ☐ בקבוצה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שמות השותפים: ______________________________   תאריך הגשה: ____________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הנושא או המקום שבחרנו ולמה: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E07A1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ב׳ · המחוון (100 נקודות)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המחוון זהה לכל התוצרים ולשני המסלולים. קראו אותו לפני שמתחילים לעבוד – כך תדעו מה חשוב. בשורה האחרונה ממלאים רק את הקריטריון של המסלול שבחרתם.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644"/>
        <w:gridCol w:w="1899"/>
        <w:gridCol w:w="1899"/>
        <w:gridCol w:w="1899"/>
        <w:gridCol w:w="1899"/>
        <w:gridCol w:w="963"/>
      </w:tblGrid>
      <w:tr>
        <w:trPr>
          <w:cantSplit/>
        </w:trPr>
        <w:tc>
          <w:tcPr>
            <w:tcW w:type="dxa" w:w="1644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קריטריון</w:t>
            </w:r>
          </w:p>
        </w:tc>
        <w:tc>
          <w:tcPr>
            <w:tcW w:type="dxa" w:w="1899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מצוין</w:t>
            </w:r>
          </w:p>
        </w:tc>
        <w:tc>
          <w:tcPr>
            <w:tcW w:type="dxa" w:w="1899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טוב מאוד</w:t>
            </w:r>
          </w:p>
        </w:tc>
        <w:tc>
          <w:tcPr>
            <w:tcW w:type="dxa" w:w="1899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טוב</w:t>
            </w:r>
          </w:p>
        </w:tc>
        <w:tc>
          <w:tcPr>
            <w:tcW w:type="dxa" w:w="1899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דורש שיפור</w:t>
            </w:r>
          </w:p>
        </w:tc>
        <w:tc>
          <w:tcPr>
            <w:tcW w:type="dxa" w:w="964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ניקוד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📘 ידע ומושגים גיאוגרפיים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(25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23–25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נכון ומדויק בלפחות 5 מושגי יחידה (תפרוסת אוכלוסייה, צפיפות, ריבוי טבעי, פירמידת גילים, אוכלוסייה צעירה ומזדקנת, הגירה, גורמי דחיפה ומשיכה, הגירה פנימית); המושגים מוסברים בדוגמאות ומקושרים זה לזה.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18–22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נכון ב־4–5 מושגים; רוב ההסברים מדויקים ומלווים בדוגמה.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12–17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ב־2–3 מושגים; חלק מההסברים כלליים או חלקיים.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0–11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מושגים מעטים או שגויים; התוכן אינו קשור מספיק ליחידה.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25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🗺️ שימוש במפות ובנתונים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מפת צפיפות, פירמידת גילים, גרף גידול אוכלוסייה, מפת מסלול הגירה משולבים בתוצר, עם כותרת, מקרא ומקור – ומשמשים להסקת מסקנה.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יש מפה או נתונים מדויקים עם כותרת ומקור; המסקנה מהם חלקית.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10–13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יש מפה או נתונים, אך חסרים כותרת, מקרא או מקור; אין מסקנה.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0–9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מפה או נתונים, או שהם שגויים ואינם קשורים לנושא.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🔍 חשיבה ביקורתית ונקודות מבט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מוצגות לפחות 3 נקודות מבט (למשל: מהגר/ת ובני המשפחה, תושבי המקום הקולט, צעירים וקשישים, מתכנני ערים); שרשרת סיבה ותוצאה מלאה; עמדה אישית מנומקת בעובדות.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מוצגות 2 נקודות מבט; שרשרת סיבה ותוצאה סבירה; עמדה מנומקת בחלקה.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10–13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נקודת מבט אחת עיקרית; קשר סיבה ותוצאה חלקי; עמדה בלי נימוק.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0–9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נקודות מבט או קשרי סיבה ותוצאה; תיאור בלבד.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🎨 יצירתיות ותקשורת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(15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14–15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מקורי, מסודר ומושך; המסר ברור לקהל; הצגה בעל־פה בטוחה ומעניינת.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11–13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מסודר ובהיר; רעיון מעניין; הצגה ברורה.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שלם אך לא אחיד; המסר לא תמיד ברור.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חלקי או לא מסודר; קשה להבין את המסר.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15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🪞 תהליך ורפלקציה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לפי לוח זמנים; רפלקציה כנה שמתארת קושי, פתרון ולמידה; שיתוף פעולה הוגן בקבוצה.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עקבית; רפלקציה ברורה אך כללית.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בדחיפה של המורה; רפלקציה קצרה מאוד.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רפלקציה, או שהיא לא קשורה לעבודה.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10204"/>
            <w:gridSpan w:val="6"/>
            <w:shd w:val="clear" w:color="auto" w:fill="EEF2F7"/>
          </w:tcPr>
          <w:p>
            <w:pPr>
              <w:bidi w:val="1"/>
              <w:spacing w:after="10" w:line="240" w:lineRule="auto"/>
              <w:jc w:val="center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קריטריון המסלול (10 נק׳) – ממלאים שורה אחת בלבד, לפי המסלול שנבחר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🤖 שימוש אחראי ושקוף בבינה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מלא: הנחיות, מה הכלי הציע ומה שונה; כל עובדה נבדקה במקור; ההבחנה ״מה אני עשיתי ומה הכלי עשה״ ברורה ומשכנעת.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כמעט מלא; רוב העובדות נבדקו; ההבחנה ברורה ברובה.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חלקי; בדיקת מקורות מעטה; לא ברור מה נעשה בידי התלמיד/ה.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תיעוד, או שהתוצר הועתק מהכלי כמעט כמו שהוא.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✋ מקוריות ותיעוד תהליך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תהליך מלא עם סקיצות וטיוטות; מקורות מצוינים; ניכר שהרעיון והביצוע מקוריים לגמרי.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כמעט מלא; יש טיוטה אחת לפחות ומקורות.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תיעוד חלקי; מקורות חסרים; קשה לראות את שלבי העבודה.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תיעוד או מקורות; חלקים הועתקו.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9240"/>
            <w:gridSpan w:val="5"/>
            <w:shd w:val="clear" w:color="auto" w:fill="F6F8F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2"/>
                <w:szCs w:val="22"/>
                <w:rtl w:val="1"/>
              </w:rPr>
              <w:t>סך הכול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מתוך 100</w:t>
            </w:r>
          </w:p>
        </w:tc>
      </w:tr>
    </w:tbl>
    <w:p>
      <w:pPr>
        <w:bidi w:val="1"/>
        <w:spacing w:after="0" w:before="0"/>
        <w:jc w:val="right"/>
      </w:pPr>
    </w:p>
    <w:p>
      <w:pPr>
        <w:keepNext/>
        <w:bidi w:val="1"/>
        <w:spacing w:after="20" w:before="0"/>
        <w:jc w:val="right"/>
      </w:pPr>
      <w:r>
        <w:rPr>
          <w:rFonts w:ascii="Assistant" w:hAnsi="Assistant" w:cs="Assistant"/>
          <w:b/>
          <w:bCs/>
          <w:color w:val="E07A1F"/>
          <w:sz w:val="24"/>
          <w:szCs w:val="24"/>
          <w:rtl w:val="1"/>
        </w:rPr>
        <w:t>💬 משוב המורה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מה היה חזק במיוחד: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מה כדאי לשפר בפעם הבאה:</w:t>
            </w:r>
          </w:p>
        </w:tc>
      </w:tr>
      <w:tr>
        <w:trPr>
          <w:trHeight w:val="907"/>
        </w:trP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E07A1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ג׳ · תיעוד, הערכה עצמית והערכת עמיתים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120" w:before="0"/>
        <w:jc w:val="right"/>
      </w:pPr>
      <w:r>
        <w:rPr>
          <w:rFonts w:ascii="Assistant" w:hAnsi="Assistant" w:cs="Assistant"/>
          <w:b/>
          <w:bCs/>
          <w:sz w:val="22"/>
          <w:szCs w:val="22"/>
          <w:rtl w:val="1"/>
        </w:rPr>
        <w:t>שם: ____________________   כיתה: ________   תאריך: 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היומן מראה את הדרך שעשיתם – והוא חלק מהציון. ממלאים רק את היומן של המסלול שבחרתם.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E07A1F"/>
          <w:sz w:val="25"/>
          <w:szCs w:val="25"/>
          <w:rtl w:val="1"/>
        </w:rPr>
        <w:t>🤖 יומן שימוש בבינה מלאכותית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67"/>
        <w:gridCol w:w="2835"/>
        <w:gridCol w:w="2268"/>
        <w:gridCol w:w="2268"/>
        <w:gridCol w:w="2268"/>
      </w:tblGrid>
      <w:tr>
        <w:tc>
          <w:tcPr>
            <w:tcW w:type="dxa" w:w="567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#</w:t>
            </w:r>
          </w:p>
        </w:tc>
        <w:tc>
          <w:tcPr>
            <w:tcW w:type="dxa" w:w="2835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ביקשתי מהכלי (ההנחיה)</w:t>
            </w:r>
          </w:p>
        </w:tc>
        <w:tc>
          <w:tcPr>
            <w:tcW w:type="dxa" w:w="2268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הכלי הציע</w:t>
            </w:r>
          </w:p>
        </w:tc>
        <w:tc>
          <w:tcPr>
            <w:tcW w:type="dxa" w:w="2268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שיניתי, בחרתי או דחיתי – ולמה</w:t>
            </w:r>
          </w:p>
        </w:tc>
        <w:tc>
          <w:tcPr>
            <w:tcW w:type="dxa" w:w="2268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איך בדקתי (מקור)</w:t>
            </w:r>
          </w:p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1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2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3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🙋 מה אני עשיתי</w:t>
            </w:r>
          </w:p>
        </w:tc>
        <w:tc>
          <w:tcPr>
            <w:tcW w:type="dxa" w:w="51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🤖 מה הכלי עשה</w:t>
            </w:r>
          </w:p>
        </w:tc>
      </w:tr>
      <w:tr>
        <w:trPr>
          <w:trHeight w:val="1361"/>
        </w:trP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</w:tbl>
    <w:p>
      <w:pPr>
        <w:bidi w:val="1"/>
        <w:spacing w:after="40" w:before="0"/>
        <w:jc w:val="right"/>
      </w:pP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E07A1F"/>
          <w:sz w:val="25"/>
          <w:szCs w:val="25"/>
          <w:rtl w:val="1"/>
        </w:rPr>
        <w:t>✋ יומן תהליך (מסלול ללא בינה מלאכותית)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701"/>
        <w:gridCol w:w="3969"/>
        <w:gridCol w:w="2551"/>
        <w:gridCol w:w="1984"/>
      </w:tblGrid>
      <w:tr>
        <w:tc>
          <w:tcPr>
            <w:tcW w:type="dxa" w:w="1701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תאריך / שלב</w:t>
            </w:r>
          </w:p>
        </w:tc>
        <w:tc>
          <w:tcPr>
            <w:tcW w:type="dxa" w:w="3969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עשיתי (סקיצה, טיוטה, ראיון, מדידה...)</w:t>
            </w:r>
          </w:p>
        </w:tc>
        <w:tc>
          <w:tcPr>
            <w:tcW w:type="dxa" w:w="2551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מקורות שבהם השתמשתי</w:t>
            </w:r>
          </w:p>
        </w:tc>
        <w:tc>
          <w:tcPr>
            <w:tcW w:type="dxa" w:w="1984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למדתי או שיניתי</w:t>
            </w:r>
          </w:p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</w:tbl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מצרפים ליומן את הסקיצות והטיוטות (גם את אלה שלא נכנסו לתוצר).</w:t>
      </w:r>
    </w:p>
    <w:p>
      <w:r>
        <w:br w:type="page"/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E07A1F"/>
          <w:sz w:val="25"/>
          <w:szCs w:val="25"/>
          <w:rtl w:val="1"/>
        </w:rPr>
        <w:t>🪞 הערכה עצמית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השתמשתי בלפחות 5 מושגים מהיחידה, והסברתי אותם נכון.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בתוצר יש מפה, גרף או טבלת נתונים – עם כותרת, מקרא ומקור.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הצגתי לפחות שתי נקודות מבט שונות על הנושא.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בניתי שרשרת של סיבה ותוצאה (לפחות 3 חוליות).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התוצר ברור, מסודר ומעניין למי שרואה או שומע אותו.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בדקתי עובדות במקורות וציינתי אותם.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מילאתי את יומן התיעוד (לפי המסלול שבחרתי).</w:t>
      </w:r>
    </w:p>
    <w:p>
      <w:pPr>
        <w:bidi w:val="1"/>
        <w:spacing w:after="60" w:before="8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לפי המחוון, הציון שאני נותן/ת לעצמי: ______ מתוך 100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הדבר שהכי הצליח לי: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מה הייתי עושה אחרת, ומה למדתי על עצמי כלומד/ת: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120" w:before="160"/>
        <w:jc w:val="center"/>
      </w:pPr>
      <w:r>
        <w:rPr>
          <w:rFonts w:ascii="Assistant" w:hAnsi="Assistant" w:cs="Assistant"/>
          <w:b w:val="0"/>
          <w:color w:val="5B6B80"/>
          <w:sz w:val="18"/>
          <w:szCs w:val="18"/>
          <w:rtl w:val="1"/>
        </w:rPr>
        <w:t>✂ - - - - - - - - - - - - - גוזרים ומעבירים לבעלי התוצר - - - - - - - - - - - - -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E07A1F"/>
          <w:sz w:val="25"/>
          <w:szCs w:val="25"/>
          <w:rtl w:val="1"/>
        </w:rPr>
        <w:t>👥 הערכת עמיתים: שני כוכבים ומשאלה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0"/>
          <w:szCs w:val="20"/>
          <w:rtl w:val="1"/>
        </w:rPr>
        <w:t>התוצר של: ______________________   הוערך על ידי: ______________________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הבנתי מה המסר המרכזי של התוצר.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מצאתי בתוצר מושגים גיאוגרפיים מהיחידה.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יש בתוצר מפה / נתונים שעוזרים להבין.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התוצר מקורי ומושקע.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⭐ כוכב 1: אהבתי ש...</w:t>
            </w:r>
          </w:p>
        </w:tc>
        <w:tc>
          <w:tcPr>
            <w:tcW w:type="dxa" w:w="34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⭐ כוכב 2: למדתי מהתוצר ש...</w:t>
            </w:r>
          </w:p>
        </w:tc>
        <w:tc>
          <w:tcPr>
            <w:tcW w:type="dxa" w:w="3402"/>
            <w:shd w:val="clear" w:color="auto" w:fill="FAE9D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🌱 משאלה: כדאי להוסיף או לשפר...</w:t>
            </w:r>
          </w:p>
        </w:tc>
      </w:tr>
      <w:tr>
        <w:trPr>
          <w:trHeight w:val="1247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bidi w:val="1"/>
        <w:spacing w:after="60" w:before="200"/>
        <w:jc w:val="center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ssistant" w:hAnsi="Assistant" w:cs="Assistant"/>
        <w:b w:val="0"/>
        <w:color w:val="5B6475"/>
        <w:sz w:val="16"/>
        <w:szCs w:val="16"/>
        <w:rtl w:val="1"/>
      </w:rPr>
      <w:t>יצרה: רוית ראש בן ישי · הערכה חלופית ומחוון · גיאוגרפיה ז׳ · יחידה 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הערכה חלופית ומחוון – יחידה 4: אוכלוסייה במרחב</dc:title>
  <dc:subject>גיאוגרפיה ז׳</dc:subject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