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60" w:before="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גיאוגרפיה · כיתה ז׳ · האדם וסביבתו – כפר עולמי · יחידה 3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color w:val="9B1C3A"/>
          <w:sz w:val="44"/>
          <w:szCs w:val="44"/>
          <w:rtl w:val="1"/>
        </w:rPr>
        <w:t>🧩 הערכה חלופית ומחוון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sz w:val="28"/>
          <w:szCs w:val="28"/>
          <w:rtl w:val="1"/>
        </w:rPr>
        <w:t>⚖️ יחידה 3: אי שוויון מרחבי</w:t>
      </w:r>
    </w:p>
    <w:p>
      <w:pPr>
        <w:bidi w:val="1"/>
        <w:spacing w:after="120" w:before="0"/>
        <w:jc w:val="center"/>
      </w:pPr>
      <w:r>
        <w:rPr>
          <w:rFonts w:ascii="Assistant" w:hAnsi="Assistant" w:cs="Assistant"/>
          <w:b w:val="0"/>
          <w:color w:val="45566B"/>
          <w:sz w:val="21"/>
          <w:szCs w:val="21"/>
          <w:rtl w:val="1"/>
        </w:rPr>
        <w:t>תפריט תוצרים בשני מסלולים: 🤖 עם בינה מלאכותית · ✋ ללא 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FFFAF0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A6A00"/>
                <w:sz w:val="26"/>
                <w:szCs w:val="26"/>
                <w:rtl w:val="1"/>
              </w:rPr>
              <w:t>🍎 למורה: איך עובדים עם הערכה החלופית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⏱️ זמנים: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3 שיעורים בכיתה + עבודה בבית במשך שבועיים, ועוד שיעור להצגה (במשחק: ״יריד משחקים״ שבו הקבוצות משחקות זו במשחק של זו).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👥 התארגנות: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יחידים, זוגות או קבוצות של 3–4. בתוצרים גדולים (דגם, משחק לוח, דיבייט) – קבוצות עם חלוקת תפקידים: חוקר/ת, מעצב/ת, כותב/ת, מציג/ה. כל תלמיד/ה ממלא/ת הערכה עצמית ויומן אישי.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🤖✋ שני המסלולים: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התלמידים בוחרים מסלול לפני תחילת העבודה. שני המסלולים נבדקים באותו מחוון ובאותו ניקוד (100), וההבדל היחיד הוא הקריטריון השישי: ״שימוש אחראי ושקוף״ במסלול עם בינה מלאכותית, ״מקוריות ותיעוד תהליך״ במסלול ללא. אין יתרון לאף מסלול.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🧩 התאמות לחנ״מ: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מצמצמים את דרישות התוצר (למשל 4 שקפים, 3 חוליות בשרשרת), נותנים תבנית מוכנה ובנק מושגים עם תמונות, מחלקים את העבודה לשלבים עם בדיקה קצרה אחרי כל שלב, ומאפשרים הצגה בעל־פה במקום כתיבה.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🌍 התאמות לעולים: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מילון מושגים דו־לשוני, משפטי פתיחה מוכנים (״בתוצר שלי רואים ש...״, ״הסיבה היא...״), אפשרות לחבר חלק מהתוצר בשפת האם עם תרגום של המושגים, ותוצרים חזותיים (דגם, מפה מוערת) שמבליטים חוזקות.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🛡️ איך מונעים ״העתק־הדבק״: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מבקשים טיוטה בכיתה לפני העבודה בבית; היומן (הנחיות או סקיצות) הוא חלק מהציון; משלבים נתונים אישיים או מקומיים (תצפית, ראיון, היישוב שלנו) שאי אפשר להעתיק; עורכים שיחת הגנה קצרה של 2–3 דקות: ״הסבירו לי את המושג הזה במילים שלכם״, ״למה בחרתם בנתון הזה?״.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🎤 יום ההצגה: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גלריה מסתובבת או הצגה של 3 דקות לכל תוצר. כל צופה ממלא/ת הערכת עמיתים לשני תוצרים לפחות (״שני כוכבים ומשאלה״).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💡 טיפ ליחידה: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נושא רגיש: חלק מהתלמידים חיים בשוליים או במצוקה כלכלית. מומלץ לעבוד על מדינות או יישובים דמיוניים או רחוקים, ולא לבקש לחשוף פרטים אישיים.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9B1C3A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א׳ · בוחרים תוצר ומסלול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בסוף היחידה תראו מה למדתם – לא במבחן, אלא בתוצר שאתם יוצרים. בחרו תוצר אחד מהתפריט ומסלול עבודה אחד: 🤖 עם בינה מלאכותית או ✋ ללא בינה מלאכותית. שני המסלולים נבדקים באותו מחוון ושווים באותה מידה.</w:t>
      </w:r>
    </w:p>
    <w:p>
      <w:pPr>
        <w:keepNext/>
        <w:bidi w:val="1"/>
        <w:spacing w:after="80" w:before="0"/>
        <w:jc w:val="center"/>
      </w:pPr>
      <w:r>
        <w:rPr>
          <w:rFonts w:ascii="Assistant" w:hAnsi="Assistant" w:cs="Assistant"/>
          <w:b/>
          <w:bCs/>
          <w:color w:val="9B1C3A"/>
          <w:sz w:val="24"/>
          <w:szCs w:val="24"/>
          <w:rtl w:val="1"/>
        </w:rPr>
        <w:t>❓ השאלה הגדולה של היחידה: למה יש פערים בין מקומות – ומה אפשר לעשות כדי לצמצם אותם?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9B1C3A"/>
          <w:sz w:val="24"/>
          <w:szCs w:val="24"/>
          <w:rtl w:val="1"/>
        </w:rPr>
        <w:t>איך זה עובד? 4 שלבים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1. בוחרים</w:t>
            </w:r>
          </w:p>
        </w:tc>
        <w:tc>
          <w:tcPr>
            <w:tcW w:type="dxa" w:w="2551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2. מתכננים</w:t>
            </w:r>
          </w:p>
        </w:tc>
        <w:tc>
          <w:tcPr>
            <w:tcW w:type="dxa" w:w="2551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3. יוצרים ומתעדים</w:t>
            </w:r>
          </w:p>
        </w:tc>
        <w:tc>
          <w:tcPr>
            <w:tcW w:type="dxa" w:w="2551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4. מציגים ומעריכים</w:t>
            </w:r>
          </w:p>
        </w:tc>
      </w:tr>
      <w:tr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תוצר ומסלול; ממלאים את ״הבחירה שלי״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טיוטה או סקיצה בכיתה, ומאשרים מול המורה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עובדים וממלאים את היומן (חלק ג׳)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מציגים, ממלאים הערכה עצמית ומעריכים עמיתים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7ECE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5"/>
                <w:szCs w:val="25"/>
                <w:rtl w:val="1"/>
              </w:rPr>
              <w:t>🖥️ 1. מצגת: ״סיפור של שתי מדינות״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השוו בין מדינה מפותחת למדינה פחות מפותחת לפי 4–5 מדדי פיתוח. מקמו כל מדינה על רצף הפיתוח והסבירו מה גורם לפער ואיך המדינות תלויות זו בזו.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טבלת מדדים + גרף השוואה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״רצף הפיתוח״ עם מיקום שתי המדינות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״יחסי תלות״: מה כל מדינה נותנת ומקבלת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הסבר נוסף למדדים או רעיון לעיצוב הגרף; את הנתונים לוקחים ממקור סטטיסטי רשמי ומציינים אותו. בדקו שהכלי לא ״המציא״ מספרים.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מוצאים נתונים בחוברת היחידה, באטלס או במקור מודפס; משרטטים גרפים ביד ומצלמים לשקפים.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7ECE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5"/>
                <w:szCs w:val="25"/>
                <w:rtl w:val="1"/>
              </w:rPr>
              <w:t>🧱 2. דגם: ״גלעין ושוליים״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בנו דגם תלת־ממדי של מדינה (אמיתית או דמיונית) שמראה את אזור הגלעין ואת אזורי השוליים: גובה הבניינים, כבישים ומסילות, בתי חולים, אוניברסיטאות ומקומות עבודה.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הבדל ברור בין הגלעין לשוליים, עם מקרא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לפחות 4 סוגי שירותים מסומנים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כרטיס הסבר: 2 סיבות לפער ו־2 הצעות לצמצום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לבקש מהכלי טיוטת סקיצה מלמעלה או רשימת שירותים שכדאי לכלול. הבנייה, המקרא וההסבר – בידיים שלכם.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מתכננים על נייר, בונים מקופסאות, פקקים וחוטים (לדרכים), ומשתמשים בגובה ובצבע כדי להראות פערים.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7ECE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5"/>
                <w:szCs w:val="25"/>
                <w:rtl w:val="1"/>
              </w:rPr>
              <w:t>📢 3. פרוטקסט: ״צדק סביבתי עכשיו!״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הכינו כרזת מחאה על מקרה (אמיתי או דמיוני) שבו מפעל מזהם, אתר פסולת או כביש סואן נמצאים ליד שכונה או יישוב בשוליים. מי משלם את מחיר הזיהום – ומי נהנה מהרווח?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סיסמה חזקה ואיור או מפה של המקום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2 נקודות מבט לפחות (תושבים / בעלי המפעל / המדינה)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דרישה ברורה ומעשית לפתרון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הכלי יכול להציע ניסוחים לדרישה או לסיסמה ולבדוק אם הטיעון הוגן כלפי כל הצדדים; את העובדות בודקים במקור. ציינו על הכרזה איך נעזרתם בכלי.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מעצבים ביד: ציור, קולאז׳ או שבלונות; כותבים טיעונים ודרישה בעצמכם.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7ECE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5"/>
                <w:szCs w:val="25"/>
                <w:rtl w:val="1"/>
              </w:rPr>
              <w:t>📊 4. אינפוגרפיקה: ״המדדים מדברים״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בחרו פער אחד (תוחלת חיים, השכלה, גישה למים נקיים, אינטרנט) והציגו אותו באינפוגרפיקה: בין מדינות בעולם או בין יישובים בישראל.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2 גרפים או מפה צבועה לפי ערכים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מקור לכל נתון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3 משפטי מסקנה + שאלה אחת למחשבה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השתמשו בכלי כדי ללמוד איך בוחרים סוג גרף מתאים או לקבל משוב על העיצוב – לא כמקור לנתונים.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מעתיקים נתונים ממקור אמין, משרטטים גרפים ומפה צבועה ביד.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7ECE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5"/>
                <w:szCs w:val="25"/>
                <w:rtl w:val="1"/>
              </w:rPr>
              <w:t>🎲 5. משחק לוח: ״מסלול הפיתוח״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תכננו משחק לוח שבו כל קבוצה מובילה מדינה לאורך רצף הפיתוח. משבצות וקלפים מייצגים אירועים: בניית בית ספר, בצורת, השקעה של תאגיד, חוב, מגפה, סלילת כביש.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לוח + 12 קלפי אירוע לפחות, כל אחד עם הסבר קצר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הוראות משחק ברורות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קלף ״חושבים״: שאלה על יחסי תלות או גלעין ושוליים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רעיונות לאירועים ולחוקים, ואז בדקו שכל אירוע נכון גיאוגרפית. עצבו בעצמכם, או צרו טיוטת איור ושפרו אותה.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מציירים לוח על קרטון, כותבים קלפים ביד, מכינים כלי משחק וקובייה – ומשחקים ניסיון בכיתה.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7ECE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5"/>
                <w:szCs w:val="25"/>
                <w:rtl w:val="1"/>
              </w:rPr>
              <w:t>✉️ 6. מכתב פנייה: ״קולות מהשוליים״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כתבו מכתב (250–350 מילים) לראש/ת הרשות המקומית או לשר/ה דמיוני/ת, בשם תושבי יישוב בשוליים. תארו את הפערים והציעו 3 צעדים לצמצומם.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פתיחה מנומסת ותיאור היישוב והמיקום שלו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2 נתונים לפחות שמראים את הפער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3 הצעות מעשיות + סיום ענייני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אחרי שכתבתם טיוטה, בקשו מהכלי משוב על הבהירות והנימוס של המכתב; סמנו במכתב מה שיניתם בעקבות המשוב.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כותבים טיוטה ביד, מקבלים משוב מחבר/ה, ומשכתבים.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2"/>
                <w:szCs w:val="22"/>
                <w:rtl w:val="1"/>
              </w:rPr>
              <w:t>🤖 כללי הזהב לעבודה עם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הכלי הוא עוזר, לא מחבר: הרעיון המרכזי, הניסוח הסופי והבחירות – שלכם.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מותר: לבקש רעיונות, שאלות מנחות, משוב על טיוטה, הסבר נוסף למושג, טיוטת תמונה או תרשים.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אסור: להעתיק טקסט שלם מהכלי ולהגיש אותו כאילו כתבתם אותו.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בודקים כל עובדה, מספר ומפה בשני מקורות אמינים לפחות (ספר, חוברת היחידה, אטלס, אתר רשמי של גוף מחקר או סטטיסטיקה).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על פרטיות: לא מקלידים שם מלא, כתובת, תמונה של אדם אמיתי או פרטים אישיים.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מתעדים: שומרים את ההנחיות (הפרומפטים) שכתבתם ואת מה ששיניתם – ומצרפים ליומן.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מציינים בתוצר עצמו: ״בתוצר נעזרנו בכלי בינה מלאכותית לשלבים: ...״.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B1C3A"/>
                <w:sz w:val="22"/>
                <w:szCs w:val="22"/>
                <w:rtl w:val="1"/>
              </w:rPr>
              <w:t>✋ כללי המסלול ללא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כל שלב נעשה בידיים ובראש שלכם: סקיצות, טיוטות, מדידות, ראיונות וחיפוש במקורות.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משתמשים בחוברת היחידה, באטלס, בספרייה ובמקורות מידע מודפסים או מקוונים – ומציינים אותם.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כל טיוטה וסקיצה (גם את מה שנמחק!) – הן חלק מהציון.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חומרים ממוחזרים מבית ומהכיתה מתקבלים בברכה: קרטון, פקקים, בדים, צבעים.</w:t>
            </w:r>
          </w:p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9B1C3A"/>
          <w:sz w:val="25"/>
          <w:szCs w:val="25"/>
          <w:rtl w:val="1"/>
        </w:rPr>
        <w:t>✍️ הבחירה שלי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התוצר שבחרתי:  ☐ 1. מצגת   ☐ 2. דגם   ☐ 3. פרוטקסט   ☐ 4. אינפוגרפיקה   ☐ 5. משחק לוח   ☐ 6. מכתב פנייה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המסלול שלי:  ☐ 🤖 עם בינה מלאכותית    ☐ ✋ ללא בינה מלאכותית        אני עובד/ת:  ☐ לבד  ☐ בזוג  ☐ בקבוצה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שמות השותפים: ______________________________   תאריך הגשה: 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הנושא או המקום שבחרנו ולמה: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9B1C3A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ב׳ · המחוון (100 נקודות)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המחוון זהה לכל התוצרים ולשני המסלולים. קראו אותו לפני שמתחילים לעבוד – כך תדעו מה חשוב. בשורה האחרונה ממלאים רק את הקריטריון של המסלול שבחרתם.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644"/>
        <w:gridCol w:w="1899"/>
        <w:gridCol w:w="1899"/>
        <w:gridCol w:w="1899"/>
        <w:gridCol w:w="1899"/>
        <w:gridCol w:w="963"/>
      </w:tblGrid>
      <w:tr>
        <w:trPr>
          <w:cantSplit/>
        </w:trPr>
        <w:tc>
          <w:tcPr>
            <w:tcW w:type="dxa" w:w="1644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קריטריון</w:t>
            </w:r>
          </w:p>
        </w:tc>
        <w:tc>
          <w:tcPr>
            <w:tcW w:type="dxa" w:w="1899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מצוין</w:t>
            </w:r>
          </w:p>
        </w:tc>
        <w:tc>
          <w:tcPr>
            <w:tcW w:type="dxa" w:w="1899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 מאוד</w:t>
            </w:r>
          </w:p>
        </w:tc>
        <w:tc>
          <w:tcPr>
            <w:tcW w:type="dxa" w:w="1899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</w:t>
            </w:r>
          </w:p>
        </w:tc>
        <w:tc>
          <w:tcPr>
            <w:tcW w:type="dxa" w:w="1899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דורש שיפור</w:t>
            </w:r>
          </w:p>
        </w:tc>
        <w:tc>
          <w:tcPr>
            <w:tcW w:type="dxa" w:w="964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ניקוד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📘 ידע ומושגים גיאוגרפיים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23–25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ומדויק בלפחות 5 מושגי יחידה (אי שוויון מרחבי, מדד פיתוח, רצף הפיתוח, מדינה מפותחת ופחות מפותחת, יחסי תלות, גלעין ושוליים, צדק סביבתי); המושגים מוסברים בדוגמאות ומקושרים זה לזה.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18–22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ב־4–5 מושגים; רוב ההסברים מדויקים ומלווים בדוגמה.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12–17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ב־2–3 מושגים; חלק מההסברים כלליים או חלקיים.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0–11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מושגים מעטים או שגויים; התוכן אינו קשור מספיק ליחידה.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🗺️ שימוש במפות ובנתונים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טבלה או גרף של מדדי פיתוח (תוחלת חיים, השכלה, הכנסה לנפש), מפת עולם של רמת פיתוח, מפת גלעין ושוליים משולבים בתוצר, עם כותרת, מקרא ומקור – ומשמשים להסקת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 מדויקים עם כותרת ומקור; המסקנה מהם חלקית.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נתונים, אך חסרים כותרת, מקרא או מקור; אין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מפה או נתונים, או שהם שגויים ואינם קשורים לנושא.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🔍 חשיבה ביקורתית ונקודות מבט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לפחות 3 נקודות מבט (למשל: תושבי הגלעין ותושבי השוליים, מדינה מפותחת ומדינה פחות מפותחת, בעלי מפעל, תושבים ליד מקור זיהום); שרשרת סיבה ותוצאה מלאה; עמדה אישית מנומקת בעובדות.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2 נקודות מבט; שרשרת סיבה ותוצאה סבירה; עמדה מנומקת בחלקה.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נקודת מבט אחת עיקרית; קשר סיבה ותוצאה חלקי; עמדה בלי נימוק.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נקודות מבט או קשרי סיבה ותוצאה; תיאור בלבד.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🎨 יצירתיות ותקשורת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מקורי, מסודר ומושך; המסר ברור לקהל; הצגה בעל־פה בטוחה ומעניינת.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11–13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מסודר ובהיר; רעיון מעניין; הצגה ברורה.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שלם אך לא אחיד; המסר לא תמיד ברור.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חלקי או לא מסודר; קשה להבין את המסר.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🪞 תהליך ורפלקציה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לפי לוח זמנים; רפלקציה כנה שמתארת קושי, פתרון ולמידה; שיתוף פעולה הוגן בקבוצה.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עקבית; רפלקציה ברורה אך כללית.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בדחיפה של המורה; רפלקציה קצרה מאוד.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רפלקציה, או שהיא לא קשורה לעבודה.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0204"/>
            <w:gridSpan w:val="6"/>
            <w:shd w:val="clear" w:color="auto" w:fill="EEF2F7"/>
          </w:tcPr>
          <w:p>
            <w:pPr>
              <w:bidi w:val="1"/>
              <w:spacing w:after="10" w:line="240" w:lineRule="auto"/>
              <w:jc w:val="center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קריטריון המסלול (10 נק׳) – ממלאים שורה אחת בלבד, לפי המסלול שנבחר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🤖 שימוש אחראי ושקוף בבינה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מלא: הנחיות, מה הכלי הציע ומה שונה; כל עובדה נבדקה במקור; ההבחנה ״מה אני עשיתי ומה הכלי עשה״ ברורה ומשכנעת.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רוב העובדות נבדקו; ההבחנה ברורה ברובה.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חלקי; בדיקת מקורות מעטה; לא ברור מה נעשה בידי התלמיד/ה.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תיעוד, או שהתוצר הועתק מהכלי כמעט כמו שהוא.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✋ מקוריות ותיעוד תהליך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תהליך מלא עם סקיצות וטיוטות; מקורות מצוינים; ניכר שהרעיון והביצוע מקוריים לגמרי.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יש טיוטה אחת לפחות ומקורות.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תיעוד חלקי; מקורות חסרים; קשה לראות את שלבי העבודה.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 או מקורות; חלקים הועתקו.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9240"/>
            <w:gridSpan w:val="5"/>
            <w:shd w:val="clear" w:color="auto" w:fill="F6F8F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2"/>
                <w:szCs w:val="22"/>
                <w:rtl w:val="1"/>
              </w:rPr>
              <w:t>סך הכול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מתוך 100</w:t>
            </w:r>
          </w:p>
        </w:tc>
      </w:tr>
    </w:tbl>
    <w:p>
      <w:pPr>
        <w:bidi w:val="1"/>
        <w:spacing w:after="0" w:before="0"/>
        <w:jc w:val="right"/>
      </w:pPr>
    </w:p>
    <w:p>
      <w:pPr>
        <w:keepNext/>
        <w:bidi w:val="1"/>
        <w:spacing w:after="20" w:before="0"/>
        <w:jc w:val="right"/>
      </w:pPr>
      <w:r>
        <w:rPr>
          <w:rFonts w:ascii="Assistant" w:hAnsi="Assistant" w:cs="Assistant"/>
          <w:b/>
          <w:bCs/>
          <w:color w:val="9B1C3A"/>
          <w:sz w:val="24"/>
          <w:szCs w:val="24"/>
          <w:rtl w:val="1"/>
        </w:rPr>
        <w:t>💬 משוב המורה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היה חזק במיוחד: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כדאי לשפר בפעם הבאה:</w:t>
            </w:r>
          </w:p>
        </w:tc>
      </w:tr>
      <w:tr>
        <w:trPr>
          <w:trHeight w:val="907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9B1C3A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ג׳ · תיעוד, הערכה עצמית והערכת עמיתים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היומן מראה את הדרך שעשיתם – והוא חלק מהציון. ממלאים רק את היומן של המסלול שבחרתם.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9B1C3A"/>
          <w:sz w:val="25"/>
          <w:szCs w:val="25"/>
          <w:rtl w:val="1"/>
        </w:rPr>
        <w:t>🤖 יומן שימוש בבינה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67"/>
        <w:gridCol w:w="2835"/>
        <w:gridCol w:w="2268"/>
        <w:gridCol w:w="2268"/>
        <w:gridCol w:w="2268"/>
      </w:tblGrid>
      <w:tr>
        <w:tc>
          <w:tcPr>
            <w:tcW w:type="dxa" w:w="567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#</w:t>
            </w:r>
          </w:p>
        </w:tc>
        <w:tc>
          <w:tcPr>
            <w:tcW w:type="dxa" w:w="2835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ביקשתי מהכלי (ההנחיה)</w:t>
            </w:r>
          </w:p>
        </w:tc>
        <w:tc>
          <w:tcPr>
            <w:tcW w:type="dxa" w:w="2268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הכלי הציע</w:t>
            </w:r>
          </w:p>
        </w:tc>
        <w:tc>
          <w:tcPr>
            <w:tcW w:type="dxa" w:w="2268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שיניתי, בחרתי או דחיתי – ולמה</w:t>
            </w:r>
          </w:p>
        </w:tc>
        <w:tc>
          <w:tcPr>
            <w:tcW w:type="dxa" w:w="2268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איך בדקתי (מקור)</w:t>
            </w:r>
          </w:p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🙋 מה אני עשיתי</w:t>
            </w:r>
          </w:p>
        </w:tc>
        <w:tc>
          <w:tcPr>
            <w:tcW w:type="dxa" w:w="51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🤖 מה הכלי עשה</w:t>
            </w:r>
          </w:p>
        </w:tc>
      </w:tr>
      <w:tr>
        <w:trPr>
          <w:trHeight w:val="1361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9B1C3A"/>
          <w:sz w:val="25"/>
          <w:szCs w:val="25"/>
          <w:rtl w:val="1"/>
        </w:rPr>
        <w:t>✋ יומן תהליך (מסלול ללא בינה מלאכותית)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701"/>
        <w:gridCol w:w="3969"/>
        <w:gridCol w:w="2551"/>
        <w:gridCol w:w="1984"/>
      </w:tblGrid>
      <w:tr>
        <w:tc>
          <w:tcPr>
            <w:tcW w:type="dxa" w:w="1701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תאריך / שלב</w:t>
            </w:r>
          </w:p>
        </w:tc>
        <w:tc>
          <w:tcPr>
            <w:tcW w:type="dxa" w:w="3969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עשיתי (סקיצה, טיוטה, ראיון, מדידה...)</w:t>
            </w:r>
          </w:p>
        </w:tc>
        <w:tc>
          <w:tcPr>
            <w:tcW w:type="dxa" w:w="2551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מקורות שבהם השתמשתי</w:t>
            </w:r>
          </w:p>
        </w:tc>
        <w:tc>
          <w:tcPr>
            <w:tcW w:type="dxa" w:w="1984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למדתי או שיניתי</w:t>
            </w:r>
          </w:p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</w:tbl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מצרפים ליומן את הסקיצות והטיוטות (גם את אלה שלא נכנסו לתוצר).</w:t>
      </w:r>
    </w:p>
    <w:p>
      <w:r>
        <w:br w:type="page"/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9B1C3A"/>
          <w:sz w:val="25"/>
          <w:szCs w:val="25"/>
          <w:rtl w:val="1"/>
        </w:rPr>
        <w:t>🪞 הערכה עצמית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השתמשתי בלפחות 5 מושגים מהיחידה, והסברתי אותם נכון.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בתוצר יש מפה, גרף או טבלת נתונים – עם כותרת, מקרא ומקור.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הצגתי לפחות שתי נקודות מבט שונות על הנושא.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בניתי שרשרת של סיבה ותוצאה (לפחות 3 חוליות).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ברור, מסודר ומעניין למי שרואה או שומע אותו.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בדקתי עובדות במקורות וציינתי אותם.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מילאתי את יומן התיעוד (לפי המסלול שבחרתי).</w:t>
      </w:r>
    </w:p>
    <w:p>
      <w:pPr>
        <w:bidi w:val="1"/>
        <w:spacing w:after="60" w:before="8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לפי המחוון, הציון שאני נותן/ת לעצמי: ______ מתוך 100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הדבר שהכי הצליח לי: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מה הייתי עושה אחרת, ומה למדתי על עצמי כלומד/ת: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120" w:before="160"/>
        <w:jc w:val="center"/>
      </w:pPr>
      <w:r>
        <w:rPr>
          <w:rFonts w:ascii="Assistant" w:hAnsi="Assistant" w:cs="Assistant"/>
          <w:b w:val="0"/>
          <w:color w:val="5B6B80"/>
          <w:sz w:val="18"/>
          <w:szCs w:val="18"/>
          <w:rtl w:val="1"/>
        </w:rPr>
        <w:t>✂ - - - - - - - - - - - - - גוזרים ומעבירים לבעלי התוצר - - - - - - - - - - - - -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9B1C3A"/>
          <w:sz w:val="25"/>
          <w:szCs w:val="25"/>
          <w:rtl w:val="1"/>
        </w:rPr>
        <w:t>👥 הערכת עמיתים: שני כוכבים ומשאלה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0"/>
          <w:szCs w:val="20"/>
          <w:rtl w:val="1"/>
        </w:rPr>
        <w:t>התוצר של: ______________________   הוערך על ידי: ______________________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הבנתי מה המסר המרכזי של התוצר.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מצאתי בתוצר מושגים גיאוגרפיים מהיחידה.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יש בתוצר מפה / נתונים שעוזרים להבין.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מקורי ומושקע.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1: אהבתי ש...</w:t>
            </w:r>
          </w:p>
        </w:tc>
        <w:tc>
          <w:tcPr>
            <w:tcW w:type="dxa" w:w="34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2: למדתי מהתוצר ש...</w:t>
            </w:r>
          </w:p>
        </w:tc>
        <w:tc>
          <w:tcPr>
            <w:tcW w:type="dxa" w:w="3402"/>
            <w:shd w:val="clear" w:color="auto" w:fill="EFDAD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🌱 משאלה: כדאי להוסיף או לשפר...</w:t>
            </w:r>
          </w:p>
        </w:tc>
      </w:tr>
      <w:tr>
        <w:trPr>
          <w:trHeight w:val="1247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bidi w:val="1"/>
        <w:spacing w:after="60" w:before="20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ssistant" w:hAnsi="Assistant" w:cs="Assistant"/>
        <w:b w:val="0"/>
        <w:color w:val="5B6475"/>
        <w:sz w:val="16"/>
        <w:szCs w:val="16"/>
        <w:rtl w:val="1"/>
      </w:rPr>
      <w:t>יצרה: רוית ראש בן ישי · הערכה חלופית ומחוון · גיאוגרפיה ז׳ · יחידה 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הערכה חלופית ומחוון – יחידה 3: אי שוויון מרחבי</dc:title>
  <dc:subject>גיאוגרפיה ז׳</dc:subject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